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495057"/>
          <w:sz w:val="40"/>
          <w:rtl/>
          <w:szCs w:val="40"/>
          <w:bCs/>
        </w:rPr>
        <w:t>📰 עבודה עם כל טקסט – לוח משימות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🎯 לוח כללי שמתאים לכל טקסט בכל מקצוע: כותרת, מבנה, סוג, מילות מפתח ורעיון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איך משחקים: מגלגלים, מוצאים את השורה, בוחרים עמודה ומבצעים.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🎲</w:t>
            </w:r>
          </w:p>
        </w:tc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🟢 בסיס</w:t>
            </w:r>
          </w:p>
        </w:tc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🟡 מתקדם</w:t>
            </w:r>
          </w:p>
        </w:tc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🔴 אתגר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⚀ 1  🏷️ כותרת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כותרת אחרת לטקסט.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כותרת משנה לכל פסקה.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2 כותרות: אחת מסקרנת ואחת מסכמת – ונמקו.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⚁ 2  🧱 מבנה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ספרו כמה פסקאות יש בטקסט.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במילה אחת על מה כל פסקה.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שרטטו את מבנה הטקסט: פתיחה – גוף – סיום, ומה יש בכל חלק.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⚂ 3  🗂️ סוג טקסט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סוג הטקסט? (סיפור, מידע, מכתב, שיר…)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2 סימנים שמראים את סוג הטקסט.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קטע קצר מהטקסט בסוג טקסט אחר.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⚃ 4  🔑 מילות מפתח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מילה שחוזרת כמה פעמים.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3 מילות מפתח והסבירו למה הן חשובות.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בנו מפת מושגים מ־5 מילות מפתח עם חיצים ביניהן.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⚄ 5  💡 רעיון מרכזי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השלימו: "הטקסט מספר על…"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הרעיון המרכזי במשפט ו־2 פרטים תומכים.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המטרה של הטקסט: לספר, להסביר, לשכנע או לרגש? הוכיחו.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⚅ 6  ✉️ שאלה לכותב/ת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שאלה אחת לכותב/ת.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מכתב קצר לכותב/ת: מה אהבתם ומה שאלתם.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ראיון דמיוני עם הכותב/ת: 3 שאלות ו־3 תשובות אפשריות.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95057"/>
          <w:sz w:val="40"/>
          <w:rtl/>
          <w:szCs w:val="40"/>
          <w:bCs/>
        </w:rPr>
        <w:t>📰 עבודה עם כל טקסט – לוח פשוט (חנ״מ)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🔊 מקריאים בקול, בלי שעון. עמודה אחת.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🎲</w:t>
            </w:r>
          </w:p>
        </w:tc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🟢 בסיס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⚀ 1  🏷️ כותרת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כתבו כותרת אחרת לטקסט.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⚁ 2  🧱 מבנה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ספרו כמה פסקאות יש בטקסט.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⚂ 3  🗂️ סוג טקסט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מה סוג הטקסט? (סיפור, מידע, מכתב, שיר…)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⚃ 4  🔑 מילות מפתח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מילה שחוזרת כמה פעמים.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⚄ 5  💡 רעיון מרכזי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השלימו: "הטקסט מספר על…"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⚅ 6  ✉️ שאלה לכותב/ת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כתבו שאלה אחת לכותב/ת.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95057"/>
          <w:sz w:val="40"/>
          <w:rtl/>
          <w:szCs w:val="40"/>
          <w:bCs/>
        </w:rPr>
        <w:t>📰 עבודה עם כל טקסט – לוח לעולים ולעולות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📖 מילון קטן: 📰 טקסט – משהו כתוב לקריאה   |   🧱 פסקה – כמה משפטים יחד   |   🏷️ כותרת – השם של הטקסט   |   🔑 מילת מפתח – מילה חשובה   |   💡 רעיון – מה חשוב בטקסט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🎲</w:t>
            </w:r>
          </w:p>
        </w:tc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🟢 בסיס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⚀ 1  🏷️ כותרת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כתבו כותרת אחרת לטקסט.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⚁ 2  🧱 מבנה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ספרו כמה פסקאות יש בטקסט.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⚂ 3  🗂️ סוג טקסט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מה סוג הטקסט? (סיפור, מידע, מכתב, שיר…)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⚃ 4  🔑 מילות מפתח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מילה שחוזרת כמה פעמים.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⚄ 5  💡 רעיון מרכזי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השלימו: "הטקסט מספר על…"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⚅ 6  ✉️ שאלה לכותב/ת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כתבו שאלה אחת לכותב/ת.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עבודה עם כל טקסט – לוח 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