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9C36B5"/>
          <w:sz w:val="40"/>
          <w:rtl/>
          <w:szCs w:val="40"/>
          <w:bCs/>
        </w:rPr>
        <w:t>🎁 המשך הסיפור: זמן, חפץ, פתרון – לוח משימות</w:t>
      </w:r>
    </w:p>
    <w:p>
      <w:pPr>
        <w:bidi/>
        <w:jc w:val="right"/>
      </w:pPr>
      <w:r>
        <w:rPr>
          <w:rFonts w:ascii="Arial" w:hAnsi="Arial" w:cs="Arial"/>
          <w:sz w:val="22"/>
          <w:rtl/>
          <w:szCs w:val="22"/>
        </w:rPr>
        <w:t>🎯 בניית אמצע וסוף לסיפור: זמן, חפץ משמעותי ופתרון</w:t>
      </w:r>
    </w:p>
    <w:p>
      <w:pPr>
        <w:bidi/>
        <w:jc w:val="right"/>
      </w:pPr>
      <w:r>
        <w:rPr>
          <w:rFonts w:ascii="Arial" w:hAnsi="Arial" w:cs="Arial"/>
          <w:sz w:val="22"/>
          <w:rtl/>
          <w:szCs w:val="22"/>
        </w:rPr>
        <w:t>איך משחקים: מגלגלים לכל עמודה בנפרד ומחברים את הפרטים לסיפור.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591"/>
        <w:gridCol w:w="3591"/>
        <w:gridCol w:w="3591"/>
        <w:gridCol w:w="3591"/>
      </w:tblGrid>
      <w:tr>
        <w:tc>
          <w:tcPr>
            <w:tcW w:type="dxa" w:w="3591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🎲</w:t>
            </w:r>
          </w:p>
        </w:tc>
        <w:tc>
          <w:tcPr>
            <w:tcW w:type="dxa" w:w="3591"/>
            <w:shd w:val="clear" w:fill="9c36b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⏰ זמן</w:t>
            </w:r>
          </w:p>
        </w:tc>
        <w:tc>
          <w:tcPr>
            <w:tcW w:type="dxa" w:w="3591"/>
            <w:shd w:val="clear" w:fill="9c36b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🎁 חפץ</w:t>
            </w:r>
          </w:p>
        </w:tc>
        <w:tc>
          <w:tcPr>
            <w:tcW w:type="dxa" w:w="3591"/>
            <w:shd w:val="clear" w:fill="9c36b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✅ דרך לפתרון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⚀ 1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בבוקר יום ראשון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מטרייה צהובה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מבקשים עזרה מחבר/ה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⚁ 2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בלילה, כשכולם ישנים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פנס קטן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מתכננים תוכנית בשלושה שלבים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⚂ 3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בעוד מאה שנה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מחברת עם דפים ריקים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מגלים רמז שהיה שם מההתחלה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⚃ 4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ביום הולדת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מפתח חלוד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מוותרים על משהו חשוב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⚄ 5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בחופש הגדול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משקפת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עובדים יחד כקבוצה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⚅ 6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ביום גשום במיוחד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קופסה נעולה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מתנצלים ומתחילים מחדש</w:t>
            </w:r>
          </w:p>
        </w:tc>
      </w:tr>
    </w:tbl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9C36B5"/>
          <w:sz w:val="40"/>
          <w:rtl/>
          <w:szCs w:val="40"/>
          <w:bCs/>
        </w:rPr>
        <w:t>🎁 המשך הסיפור: זמן, חפץ, פתרון – לוח פשוט (חנ״מ)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🔊 מקריאים בקול, בלי שעון. גלגול אחד בוחר את כל השורה.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591"/>
        <w:gridCol w:w="3591"/>
        <w:gridCol w:w="3591"/>
        <w:gridCol w:w="3591"/>
      </w:tblGrid>
      <w:tr>
        <w:tc>
          <w:tcPr>
            <w:tcW w:type="dxa" w:w="3591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30"/>
                <w:rtl/>
                <w:szCs w:val="30"/>
                <w:bCs/>
              </w:rPr>
              <w:t>🎲</w:t>
            </w:r>
          </w:p>
        </w:tc>
        <w:tc>
          <w:tcPr>
            <w:tcW w:type="dxa" w:w="3591"/>
            <w:shd w:val="clear" w:fill="9c36b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30"/>
                <w:rtl/>
                <w:szCs w:val="30"/>
                <w:bCs/>
              </w:rPr>
              <w:t>⏰ זמן</w:t>
            </w:r>
          </w:p>
        </w:tc>
        <w:tc>
          <w:tcPr>
            <w:tcW w:type="dxa" w:w="3591"/>
            <w:shd w:val="clear" w:fill="9c36b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30"/>
                <w:rtl/>
                <w:szCs w:val="30"/>
                <w:bCs/>
              </w:rPr>
              <w:t>🎁 חפץ</w:t>
            </w:r>
          </w:p>
        </w:tc>
        <w:tc>
          <w:tcPr>
            <w:tcW w:type="dxa" w:w="3591"/>
            <w:shd w:val="clear" w:fill="9c36b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30"/>
                <w:rtl/>
                <w:szCs w:val="30"/>
                <w:bCs/>
              </w:rPr>
              <w:t>✅ דרך לפתרון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⚀ 1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בבוקר יום ראשון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מטרייה צהובה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מבקשים עזרה מחבר/ה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⚁ 2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בלילה, כשכולם ישנים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פנס קטן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מתכננים תוכנית בשלושה שלבים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⚂ 3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בעוד מאה שנה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מחברת עם דפים ריקים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מגלים רמז שהיה שם מההתחלה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⚃ 4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ביום הולדת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מפתח חלוד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מוותרים על משהו חשוב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⚄ 5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בחופש הגדול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משקפת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עובדים יחד כקבוצה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⚅ 6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ביום גשום במיוחד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קופסה נעולה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מתנצלים ומתחילים מחדש</w:t>
            </w:r>
          </w:p>
        </w:tc>
      </w:tr>
    </w:tbl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9C36B5"/>
          <w:sz w:val="40"/>
          <w:rtl/>
          <w:szCs w:val="40"/>
          <w:bCs/>
        </w:rPr>
        <w:t>🎁 המשך הסיפור: זמן, חפץ, פתרון – לוח לעולים ולעולות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📖 מילון קטן: ⏰ זמן – מתי זה קורה   |   🎁 חפץ – דבר שאפשר להחזיק   |   ✅ פתרון – איך מתקנים   |   🏁 סוף – איך נגמר   |   🔚 לבסוף – בסוף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591"/>
        <w:gridCol w:w="3591"/>
        <w:gridCol w:w="3591"/>
        <w:gridCol w:w="3591"/>
      </w:tblGrid>
      <w:tr>
        <w:tc>
          <w:tcPr>
            <w:tcW w:type="dxa" w:w="3591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8"/>
                <w:rtl/>
                <w:szCs w:val="28"/>
                <w:bCs/>
              </w:rPr>
              <w:t>🎲</w:t>
            </w:r>
          </w:p>
        </w:tc>
        <w:tc>
          <w:tcPr>
            <w:tcW w:type="dxa" w:w="3591"/>
            <w:shd w:val="clear" w:fill="9c36b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8"/>
                <w:rtl/>
                <w:szCs w:val="28"/>
                <w:bCs/>
              </w:rPr>
              <w:t>⏰ זמן</w:t>
            </w:r>
          </w:p>
        </w:tc>
        <w:tc>
          <w:tcPr>
            <w:tcW w:type="dxa" w:w="3591"/>
            <w:shd w:val="clear" w:fill="9c36b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8"/>
                <w:rtl/>
                <w:szCs w:val="28"/>
                <w:bCs/>
              </w:rPr>
              <w:t>🎁 חפץ</w:t>
            </w:r>
          </w:p>
        </w:tc>
        <w:tc>
          <w:tcPr>
            <w:tcW w:type="dxa" w:w="3591"/>
            <w:shd w:val="clear" w:fill="9c36b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8"/>
                <w:rtl/>
                <w:szCs w:val="28"/>
                <w:bCs/>
              </w:rPr>
              <w:t>✅ דרך לפתרון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⚀ 1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בבוקר יום ראשון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מטרייה צהובה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מבקשים עזרה מחבר/ה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⚁ 2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בלילה, כשכולם ישנים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פנס קטן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מתכננים תוכנית בשלושה שלבים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⚂ 3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בעוד מאה שנה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מחברת עם דפים ריקים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מגלים רמז שהיה שם מההתחלה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⚃ 4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ביום הולדת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מפתח חלוד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מוותרים על משהו חשוב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⚄ 5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בחופש הגדול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משקפת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עובדים יחד כקבוצה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⚅ 6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ביום גשום במיוחד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קופסה נעולה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מתנצלים ומתחילים מחדש</w:t>
            </w:r>
          </w:p>
        </w:tc>
      </w:tr>
    </w:tbl>
    <w:sectPr w:rsidR="00FC693F" w:rsidRPr="0006063C" w:rsidSect="00034616">
      <w:footerReference w:type="default" r:id="rId9"/>
      <w:pgSz w:w="15840" w:h="12240" w:orient="landscape"/>
      <w:pgMar w:top="737" w:right="737" w:bottom="737" w:left="73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288000" cy="28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8000" cy="28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המשך הסיפור: זמן, חפץ, פתרון – לוח משימות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